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BLOG YAZILARI - WORD ŞABLONU</w:t>
      </w:r>
    </w:p>
    <w:p>
      <w:r>
        <w:t>Başlıkları ve bölüm adlarını değiştirmeden örnek metinleri kendi yazılarınızla değiştirin. Her yazıya ayrı numara verin.</w:t>
      </w:r>
    </w:p>
    <w:p>
      <w:pPr>
        <w:pStyle w:val="Heading1"/>
      </w:pPr>
      <w:r>
        <w:t>1. BAŞLIK</w:t>
      </w:r>
    </w:p>
    <w:p>
      <w:r>
        <w:t>Örnek Blog Başlığı 1</w:t>
      </w:r>
    </w:p>
    <w:p>
      <w:r>
        <w:t>AÇIKLAMA</w:t>
      </w:r>
    </w:p>
    <w:p>
      <w:r>
        <w:t>Blog listesindeki kısa açıklama.</w:t>
      </w:r>
    </w:p>
    <w:p>
      <w:r>
        <w:t>ODAK ANAHTAR KELİME</w:t>
      </w:r>
    </w:p>
    <w:p>
      <w:r>
        <w:t>örnek anahtar kelime</w:t>
      </w:r>
    </w:p>
    <w:p>
      <w:r>
        <w:t>META AÇIKLAMASI</w:t>
      </w:r>
    </w:p>
    <w:p>
      <w:r>
        <w:t>SEO meta açıklaması buraya.</w:t>
      </w:r>
    </w:p>
    <w:p>
      <w:r>
        <w:t>ETİKETLER</w:t>
      </w:r>
    </w:p>
    <w:p>
      <w:r>
        <w:t>örnek, blog, eğitim</w:t>
      </w:r>
    </w:p>
    <w:p>
      <w:r>
        <w:t>BLOG YAZISI</w:t>
      </w:r>
    </w:p>
    <w:p>
      <w:pPr>
        <w:pStyle w:val="Heading2"/>
      </w:pPr>
      <w:r>
        <w:t>Birinci Alt Başlık</w:t>
      </w:r>
    </w:p>
    <w:p>
      <w:r>
        <w:t>Yazının açıklayıcı paragrafı buraya gelecek.</w:t>
      </w:r>
    </w:p>
    <w:p>
      <w:pPr>
        <w:pStyle w:val="Heading2"/>
      </w:pPr>
      <w:r>
        <w:t>İkinci Alt Başlık</w:t>
      </w:r>
    </w:p>
    <w:p>
      <w:r>
        <w:t>Yazının ikinci paragrafı.</w:t>
      </w:r>
    </w:p>
    <w:p>
      <w:r>
        <w:br w:type="page"/>
      </w:r>
    </w:p>
    <w:p>
      <w:pPr>
        <w:pStyle w:val="Heading1"/>
      </w:pPr>
      <w:r>
        <w:t>2. BAŞLIK</w:t>
      </w:r>
    </w:p>
    <w:p>
      <w:r>
        <w:t>Örnek Blog Başlığı 2</w:t>
      </w:r>
    </w:p>
    <w:p>
      <w:r>
        <w:t>AÇIKLAMA</w:t>
      </w:r>
    </w:p>
    <w:p>
      <w:r>
        <w:t>Blog listesindeki kısa açıklama.</w:t>
      </w:r>
    </w:p>
    <w:p>
      <w:r>
        <w:t>ODAK ANAHTAR KELİME</w:t>
      </w:r>
    </w:p>
    <w:p>
      <w:r>
        <w:t>örnek anahtar kelime</w:t>
      </w:r>
    </w:p>
    <w:p>
      <w:r>
        <w:t>META AÇIKLAMASI</w:t>
      </w:r>
    </w:p>
    <w:p>
      <w:r>
        <w:t>SEO meta açıklaması buraya.</w:t>
      </w:r>
    </w:p>
    <w:p>
      <w:r>
        <w:t>ETİKETLER</w:t>
      </w:r>
    </w:p>
    <w:p>
      <w:r>
        <w:t>örnek, blog, eğitim</w:t>
      </w:r>
    </w:p>
    <w:p>
      <w:r>
        <w:t>BLOG YAZISI</w:t>
      </w:r>
    </w:p>
    <w:p>
      <w:pPr>
        <w:pStyle w:val="Heading2"/>
      </w:pPr>
      <w:r>
        <w:t>Birinci Alt Başlık</w:t>
      </w:r>
    </w:p>
    <w:p>
      <w:r>
        <w:t>Yazının açıklayıcı paragrafı buraya gelecek.</w:t>
      </w:r>
    </w:p>
    <w:p>
      <w:pPr>
        <w:pStyle w:val="Heading2"/>
      </w:pPr>
      <w:r>
        <w:t>İkinci Alt Başlık</w:t>
      </w:r>
    </w:p>
    <w:p>
      <w:r>
        <w:t>Yazının ikinci paragrafı.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